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b/>
        </w:rPr>
        <w:t>KST Prielom v mobile</w:t>
      </w:r>
    </w:p>
    <w:p>
      <w:pPr>
        <w:jc w:val="center"/>
      </w:pPr>
      <w:r>
        <w:rPr>
          <w:i/>
        </w:rPr>
        <w:t>Ako si pridať prielom.eu na plochu telefónu ako aplikáciu</w:t>
      </w:r>
    </w:p>
    <w:p>
      <w:r>
        <w:t>Web KST Prielom si môžete pridať priamo na plochu telefónu. Potom ho otvoríte jedným ťuknutím na ikonu podobne ako bežnú aplikáciu. Nie je potrebné nič sťahovať z Google Play ani z App Store.</w:t>
      </w:r>
    </w:p>
    <w:p>
      <w:pPr>
        <w:pStyle w:val="Heading1"/>
      </w:pPr>
      <w:r>
        <w:t>Android</w:t>
      </w:r>
    </w:p>
    <w:p>
      <w:r>
        <w:t>Odporúčaný postup v prehliadači Google Chrome:</w:t>
      </w:r>
    </w:p>
    <w:p>
      <w:pPr>
        <w:pStyle w:val="ListNumber"/>
      </w:pPr>
      <w:r>
        <w:t>Otvorte v telefóne Google Chrome.</w:t>
      </w:r>
    </w:p>
    <w:p>
      <w:pPr>
        <w:pStyle w:val="ListNumber"/>
      </w:pPr>
      <w:r>
        <w:t>Prejdite na stránku prielom.eu.</w:t>
      </w:r>
    </w:p>
    <w:p>
      <w:pPr>
        <w:pStyle w:val="ListNumber"/>
      </w:pPr>
      <w:r>
        <w:t>Ťuknite na ponuku ⋮ v pravom hornom rohu.</w:t>
      </w:r>
    </w:p>
    <w:p>
      <w:pPr>
        <w:pStyle w:val="ListNumber"/>
      </w:pPr>
      <w:r>
        <w:t>Vyberte možnosť „Nainštalovať aplikáciu“, „Pridať na plochu“ alebo podobnú možnosť. Názov sa môže mierne líšiť podľa verzie Chrome.</w:t>
      </w:r>
    </w:p>
    <w:p>
      <w:pPr>
        <w:pStyle w:val="ListNumber"/>
      </w:pPr>
      <w:r>
        <w:t>Potvrďte pridanie alebo inštaláciu.</w:t>
      </w:r>
    </w:p>
    <w:p>
      <w:pPr>
        <w:pStyle w:val="ListNumber"/>
      </w:pPr>
      <w:r>
        <w:t>Na ploche telefónu sa zobrazí ikona Prielomu. Odteraz stačí ťuknúť na ňu.</w:t>
      </w:r>
    </w:p>
    <w:p>
      <w:pPr>
        <w:pStyle w:val="Heading1"/>
      </w:pPr>
      <w:r>
        <w:t>iPhone / iPad</w:t>
      </w:r>
    </w:p>
    <w:p>
      <w:r>
        <w:t>Na zariadeniach Apple použite prehliadač Safari:</w:t>
      </w:r>
    </w:p>
    <w:p>
      <w:pPr>
        <w:pStyle w:val="ListNumber"/>
      </w:pPr>
      <w:r>
        <w:t>Otvorte Safari.</w:t>
      </w:r>
    </w:p>
    <w:p>
      <w:pPr>
        <w:pStyle w:val="ListNumber"/>
      </w:pPr>
      <w:r>
        <w:t>Prejdite na stránku prielom.eu.</w:t>
      </w:r>
    </w:p>
    <w:p>
      <w:pPr>
        <w:pStyle w:val="ListNumber"/>
      </w:pPr>
      <w:r>
        <w:t>Ťuknite na tlačidlo Zdieľať (štvorec so šípkou smerujúcou nahor).</w:t>
      </w:r>
    </w:p>
    <w:p>
      <w:pPr>
        <w:pStyle w:val="ListNumber"/>
      </w:pPr>
      <w:r>
        <w:t>V ponuke vyberte „Pridať na plochu“.</w:t>
      </w:r>
    </w:p>
    <w:p>
      <w:pPr>
        <w:pStyle w:val="ListNumber"/>
      </w:pPr>
      <w:r>
        <w:t>Ak sa zobrazí možnosť „Otvoriť ako webovú aplikáciu“, nechajte ju zapnutú.</w:t>
      </w:r>
    </w:p>
    <w:p>
      <w:pPr>
        <w:pStyle w:val="ListNumber"/>
      </w:pPr>
      <w:r>
        <w:t>Ťuknite na „Pridať“.</w:t>
      </w:r>
    </w:p>
    <w:p>
      <w:pPr>
        <w:pStyle w:val="ListNumber"/>
      </w:pPr>
      <w:r>
        <w:t>Na ploche iPhonu alebo iPadu sa zobrazí ikona Prielomu.</w:t>
      </w:r>
    </w:p>
    <w:p>
      <w:pPr>
        <w:pStyle w:val="Heading1"/>
      </w:pPr>
      <w:r>
        <w:t>A je to 🙂</w:t>
      </w:r>
    </w:p>
    <w:p>
      <w:r>
        <w:t>Prielom máte teraz stále poruke. Cez ikonu sa dostanete priamo na web, kde sa môžete prihlásiť, pozrieť akcie, oznamy, dokumenty a ďalšie klubové informácie.</w:t>
      </w:r>
    </w:p>
    <w:p>
      <w:pPr>
        <w:jc w:val="center"/>
      </w:pPr>
      <w:r>
        <w:rPr>
          <w:b/>
          <w:sz w:val="28"/>
        </w:rPr>
        <w:t>https://prielom.eu</w:t>
      </w:r>
    </w:p>
    <w:sectPr w:rsidR="00FC693F" w:rsidRPr="0006063C" w:rsidSect="00034616">
      <w:footerReference w:type="default" r:id="rId9"/>
      <w:pgSz w:w="12240" w:h="15840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8"/>
      </w:rPr>
      <w:t>KST Prielom Spišská Nová Ves • prielom.eu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365F91" w:themeColor="accent1" w:themeShade="BF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" w:hAnsi="Aptos"/>
      <w:color w:val="17365D" w:themeColor="text2" w:themeShade="BF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